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30891" w14:textId="77777777" w:rsidR="00246DC4" w:rsidRPr="00780DE7" w:rsidRDefault="00860FDA">
      <w:pPr>
        <w:pStyle w:val="Titolo"/>
        <w:rPr>
          <w:rFonts w:ascii="Arial" w:hAnsi="Arial" w:cs="Arial"/>
          <w:sz w:val="22"/>
          <w:szCs w:val="22"/>
        </w:rPr>
      </w:pPr>
      <w:r w:rsidRPr="00780DE7">
        <w:rPr>
          <w:rFonts w:ascii="Arial" w:hAnsi="Arial" w:cs="Arial"/>
          <w:sz w:val="22"/>
          <w:szCs w:val="22"/>
        </w:rPr>
        <w:t>Domanda di partecipazione alla procedura selettiva per il conferimento dell’incarico di Direttore artistico del Mascagni Festival</w:t>
      </w:r>
    </w:p>
    <w:p w14:paraId="539C7F5C" w14:textId="77777777" w:rsidR="00246DC4" w:rsidRPr="00780DE7" w:rsidRDefault="00860FDA">
      <w:pPr>
        <w:jc w:val="right"/>
        <w:rPr>
          <w:rFonts w:cs="Arial"/>
          <w:sz w:val="22"/>
        </w:rPr>
      </w:pPr>
      <w:r w:rsidRPr="00780DE7">
        <w:rPr>
          <w:rFonts w:cs="Arial"/>
          <w:sz w:val="22"/>
        </w:rPr>
        <w:t>Al Presidente del Consiglio di amministrazione</w:t>
      </w:r>
      <w:r w:rsidRPr="00780DE7">
        <w:rPr>
          <w:rFonts w:cs="Arial"/>
          <w:sz w:val="22"/>
        </w:rPr>
        <w:br/>
        <w:t>Fondazione Teatro della Città di Livorno Carlo Goldoni</w:t>
      </w:r>
      <w:r w:rsidRPr="00780DE7">
        <w:rPr>
          <w:rFonts w:cs="Arial"/>
          <w:sz w:val="22"/>
        </w:rPr>
        <w:br/>
        <w:t>Dott. Luca Salvetti</w:t>
      </w:r>
    </w:p>
    <w:p w14:paraId="35CEE0B6" w14:textId="77777777" w:rsidR="00246DC4" w:rsidRPr="00780DE7" w:rsidRDefault="00860FDA" w:rsidP="00780DE7">
      <w:pPr>
        <w:spacing w:line="360" w:lineRule="auto"/>
        <w:rPr>
          <w:rFonts w:cs="Arial"/>
          <w:sz w:val="22"/>
        </w:rPr>
      </w:pPr>
      <w:r w:rsidRPr="00780DE7">
        <w:rPr>
          <w:rFonts w:cs="Arial"/>
          <w:sz w:val="22"/>
        </w:rPr>
        <w:t>Il/La sottoscritto/a ______________________________________________________________</w:t>
      </w:r>
    </w:p>
    <w:p w14:paraId="5C8F7C5C" w14:textId="185C4A8A" w:rsidR="00246DC4" w:rsidRPr="00780DE7" w:rsidRDefault="00860FDA" w:rsidP="00780DE7">
      <w:pPr>
        <w:spacing w:line="360" w:lineRule="auto"/>
        <w:rPr>
          <w:rFonts w:cs="Arial"/>
          <w:sz w:val="22"/>
        </w:rPr>
      </w:pPr>
      <w:r w:rsidRPr="00780DE7">
        <w:rPr>
          <w:rFonts w:cs="Arial"/>
          <w:sz w:val="22"/>
        </w:rPr>
        <w:t xml:space="preserve">nato/a a ______________________________________________ il </w:t>
      </w:r>
      <w:r w:rsidR="00780DE7">
        <w:rPr>
          <w:rFonts w:cs="Arial"/>
          <w:sz w:val="22"/>
        </w:rPr>
        <w:t>_</w:t>
      </w:r>
      <w:r w:rsidRPr="00780DE7">
        <w:rPr>
          <w:rFonts w:cs="Arial"/>
          <w:sz w:val="22"/>
        </w:rPr>
        <w:t>_____________________</w:t>
      </w:r>
    </w:p>
    <w:p w14:paraId="07A2B1E3" w14:textId="681257AE" w:rsidR="00246DC4" w:rsidRPr="00780DE7" w:rsidRDefault="00860FDA" w:rsidP="00780DE7">
      <w:pPr>
        <w:spacing w:line="360" w:lineRule="auto"/>
        <w:rPr>
          <w:rFonts w:cs="Arial"/>
          <w:sz w:val="22"/>
        </w:rPr>
      </w:pPr>
      <w:r w:rsidRPr="00780DE7">
        <w:rPr>
          <w:rFonts w:cs="Arial"/>
          <w:sz w:val="22"/>
        </w:rPr>
        <w:t>codice fiscale _________________________________________________________________</w:t>
      </w:r>
    </w:p>
    <w:p w14:paraId="078F0A7D" w14:textId="6D40BB82" w:rsidR="00246DC4" w:rsidRPr="00780DE7" w:rsidRDefault="00860FDA" w:rsidP="00780DE7">
      <w:pPr>
        <w:spacing w:line="360" w:lineRule="auto"/>
        <w:rPr>
          <w:rFonts w:cs="Arial"/>
          <w:sz w:val="22"/>
        </w:rPr>
      </w:pPr>
      <w:r w:rsidRPr="00780DE7">
        <w:rPr>
          <w:rFonts w:cs="Arial"/>
          <w:sz w:val="22"/>
        </w:rPr>
        <w:t>residente a __________________________________________ CAP _____________________</w:t>
      </w:r>
    </w:p>
    <w:p w14:paraId="159219A8" w14:textId="676652C0" w:rsidR="00246DC4" w:rsidRPr="00780DE7" w:rsidRDefault="00860FDA" w:rsidP="00780DE7">
      <w:pPr>
        <w:spacing w:line="360" w:lineRule="auto"/>
        <w:rPr>
          <w:rFonts w:cs="Arial"/>
          <w:sz w:val="22"/>
        </w:rPr>
      </w:pPr>
      <w:r w:rsidRPr="00780DE7">
        <w:rPr>
          <w:rFonts w:cs="Arial"/>
          <w:sz w:val="22"/>
        </w:rPr>
        <w:t>in via/piazza ___________________________________________________________________</w:t>
      </w:r>
    </w:p>
    <w:p w14:paraId="20EEF702" w14:textId="10FB7DAA" w:rsidR="00246DC4" w:rsidRPr="00780DE7" w:rsidRDefault="00860FDA" w:rsidP="00780DE7">
      <w:pPr>
        <w:spacing w:line="360" w:lineRule="auto"/>
        <w:rPr>
          <w:rFonts w:cs="Arial"/>
          <w:sz w:val="22"/>
        </w:rPr>
      </w:pPr>
      <w:r w:rsidRPr="00780DE7">
        <w:rPr>
          <w:rFonts w:cs="Arial"/>
          <w:sz w:val="22"/>
        </w:rPr>
        <w:t>telefono __________________________ PEC ________________________________________</w:t>
      </w:r>
    </w:p>
    <w:p w14:paraId="0A86CB51" w14:textId="77777777" w:rsidR="00246DC4" w:rsidRPr="00780DE7" w:rsidRDefault="00860FDA">
      <w:pPr>
        <w:pStyle w:val="Titolo2"/>
        <w:rPr>
          <w:rFonts w:ascii="Arial" w:hAnsi="Arial" w:cs="Arial"/>
          <w:szCs w:val="22"/>
        </w:rPr>
      </w:pPr>
      <w:r w:rsidRPr="00780DE7">
        <w:rPr>
          <w:rFonts w:ascii="Arial" w:hAnsi="Arial" w:cs="Arial"/>
          <w:szCs w:val="22"/>
        </w:rPr>
        <w:t>Chiede</w:t>
      </w:r>
    </w:p>
    <w:p w14:paraId="70328FC1" w14:textId="70749D29" w:rsidR="00246DC4" w:rsidRPr="00780DE7" w:rsidRDefault="00860FDA">
      <w:pPr>
        <w:rPr>
          <w:rFonts w:cs="Arial"/>
          <w:sz w:val="22"/>
        </w:rPr>
      </w:pPr>
      <w:r w:rsidRPr="00780DE7">
        <w:rPr>
          <w:rFonts w:cs="Arial"/>
          <w:sz w:val="22"/>
        </w:rPr>
        <w:t xml:space="preserve">di essere ammesso/a alla procedura selettiva pubblica per il conferimento dell’incarico di Direttore artistico del Mascagni Festival, indetta con deliberazione del Consiglio di amministrazione della Fondazione Teatro della Città di Livorno Carlo Goldoni del </w:t>
      </w:r>
      <w:r w:rsidR="0008710E">
        <w:rPr>
          <w:rFonts w:cs="Arial"/>
          <w:sz w:val="22"/>
        </w:rPr>
        <w:t>17/09/2026</w:t>
      </w:r>
      <w:r w:rsidRPr="00780DE7">
        <w:rPr>
          <w:rFonts w:cs="Arial"/>
          <w:sz w:val="22"/>
        </w:rPr>
        <w:t>.</w:t>
      </w:r>
    </w:p>
    <w:p w14:paraId="5EC1DB31" w14:textId="77777777" w:rsidR="00246DC4" w:rsidRPr="00780DE7" w:rsidRDefault="00860FDA">
      <w:pPr>
        <w:pStyle w:val="Titolo2"/>
        <w:rPr>
          <w:rFonts w:ascii="Arial" w:hAnsi="Arial" w:cs="Arial"/>
          <w:szCs w:val="22"/>
        </w:rPr>
      </w:pPr>
      <w:r w:rsidRPr="00780DE7">
        <w:rPr>
          <w:rFonts w:ascii="Arial" w:hAnsi="Arial" w:cs="Arial"/>
          <w:szCs w:val="22"/>
        </w:rPr>
        <w:t>Dichiara</w:t>
      </w:r>
    </w:p>
    <w:p w14:paraId="4E02DF36" w14:textId="77777777" w:rsidR="00246DC4" w:rsidRPr="00780DE7" w:rsidRDefault="00860FDA">
      <w:pPr>
        <w:rPr>
          <w:rFonts w:cs="Arial"/>
          <w:sz w:val="22"/>
        </w:rPr>
      </w:pPr>
      <w:r w:rsidRPr="00780DE7">
        <w:rPr>
          <w:rFonts w:cs="Arial"/>
          <w:sz w:val="22"/>
        </w:rPr>
        <w:t>ai sensi degli artt. 46 e 47 del D.P.R. 28 dicembre 2000, n. 445, consapevole delle responsabilità penali previste dall’art. 76 e della decadenza dai benefici prevista dall’art. 75 del medesimo decreto, sotto la propria responsabilità:</w:t>
      </w:r>
    </w:p>
    <w:p w14:paraId="3AC10D79" w14:textId="77777777" w:rsidR="00780DE7" w:rsidRDefault="00860FDA" w:rsidP="00780DE7">
      <w:pPr>
        <w:pStyle w:val="Numeroelenco"/>
        <w:spacing w:line="360" w:lineRule="auto"/>
        <w:ind w:left="357" w:hanging="357"/>
        <w:rPr>
          <w:rFonts w:cs="Arial"/>
          <w:sz w:val="22"/>
        </w:rPr>
      </w:pPr>
      <w:r>
        <w:t>di trovarsi in una delle seguenti condizioni: ☐ cittadino/a italiano/a; ☐ cittadino/a dello Stato membro dell’Unione europea ____________________; ☐ cittadino/a dello Stato non appartenente all’Unione europea ____________________, regolarmente soggiornante nel territorio nazionale in forza del seguente titolo, idoneo allo svolgimento dell’incarico: ________________________________________________;</w:t>
      </w:r>
    </w:p>
    <w:p w14:paraId="4CCBA508" w14:textId="77777777" w:rsidR="00246DC4" w:rsidRPr="00780DE7" w:rsidRDefault="00860FDA" w:rsidP="00780DE7">
      <w:pPr>
        <w:pStyle w:val="Numeroelenco"/>
        <w:spacing w:line="360" w:lineRule="auto"/>
        <w:ind w:left="357" w:hanging="357"/>
        <w:rPr>
          <w:rFonts w:cs="Arial"/>
          <w:sz w:val="22"/>
        </w:rPr>
      </w:pPr>
      <w:r w:rsidRPr="00780DE7">
        <w:rPr>
          <w:rFonts w:cs="Arial"/>
          <w:sz w:val="22"/>
        </w:rPr>
        <w:t>di avere compiuto 18 anni e di non avere superato l’età prevista dalle norme vigenti in materia di collocamento a riposo con riferimento all’intera durata dell’incarico;</w:t>
      </w:r>
    </w:p>
    <w:p w14:paraId="3B86F188" w14:textId="77777777" w:rsidR="00246DC4" w:rsidRPr="00780DE7" w:rsidRDefault="00860FDA" w:rsidP="00780DE7">
      <w:pPr>
        <w:pStyle w:val="Numeroelenco"/>
        <w:spacing w:line="360" w:lineRule="auto"/>
        <w:ind w:left="357" w:hanging="357"/>
        <w:rPr>
          <w:rFonts w:cs="Arial"/>
          <w:sz w:val="22"/>
        </w:rPr>
      </w:pPr>
      <w:r w:rsidRPr="00780DE7">
        <w:rPr>
          <w:rFonts w:cs="Arial"/>
          <w:sz w:val="22"/>
        </w:rPr>
        <w:t>di essere in possesso dell’idoneità psicofisica allo svolgimento delle attività connesse all’incarico;</w:t>
      </w:r>
    </w:p>
    <w:p w14:paraId="42ECCF24" w14:textId="77777777" w:rsidR="00246DC4" w:rsidRPr="00780DE7" w:rsidRDefault="00860FDA" w:rsidP="00780DE7">
      <w:pPr>
        <w:pStyle w:val="Numeroelenco"/>
        <w:spacing w:line="360" w:lineRule="auto"/>
        <w:ind w:left="357" w:hanging="357"/>
        <w:rPr>
          <w:rFonts w:cs="Arial"/>
          <w:sz w:val="22"/>
        </w:rPr>
      </w:pPr>
      <w:r w:rsidRPr="00780DE7">
        <w:rPr>
          <w:rFonts w:cs="Arial"/>
          <w:sz w:val="22"/>
        </w:rPr>
        <w:t>di godere dei diritti civili e politici;</w:t>
      </w:r>
    </w:p>
    <w:p w14:paraId="11D35EAA" w14:textId="77777777" w:rsidR="00246DC4" w:rsidRPr="00780DE7" w:rsidRDefault="00860FDA" w:rsidP="00780DE7">
      <w:pPr>
        <w:pStyle w:val="Numeroelenco"/>
        <w:spacing w:line="360" w:lineRule="auto"/>
        <w:ind w:left="357" w:hanging="357"/>
        <w:rPr>
          <w:rFonts w:cs="Arial"/>
          <w:sz w:val="22"/>
        </w:rPr>
      </w:pPr>
      <w:r w:rsidRPr="00780DE7">
        <w:rPr>
          <w:rFonts w:cs="Arial"/>
          <w:sz w:val="22"/>
        </w:rPr>
        <w:t>di non avere riportato condanne penali e di non avere procedimenti penali pendenti che comportino l’incapacità di contrarre con la Pubblica Amministrazione; oppure di dichiarare quanto segue: ________________________________________________________________;</w:t>
      </w:r>
    </w:p>
    <w:p w14:paraId="74E35747" w14:textId="77777777" w:rsidR="00246DC4" w:rsidRPr="00780DE7" w:rsidRDefault="00860FDA" w:rsidP="00780DE7">
      <w:pPr>
        <w:pStyle w:val="Numeroelenco"/>
        <w:spacing w:line="360" w:lineRule="auto"/>
        <w:ind w:left="357" w:hanging="357"/>
        <w:rPr>
          <w:rFonts w:cs="Arial"/>
          <w:sz w:val="22"/>
        </w:rPr>
      </w:pPr>
      <w:r w:rsidRPr="00780DE7">
        <w:rPr>
          <w:rFonts w:cs="Arial"/>
          <w:sz w:val="22"/>
        </w:rPr>
        <w:t xml:space="preserve">di non essere stato/a destituito/a o dispensato/a dall’impiego presso una Pubblica Amministrazione per persistente insufficiente rendimento, licenziato/a da un pubblico impiego </w:t>
      </w:r>
      <w:r w:rsidRPr="00780DE7">
        <w:rPr>
          <w:rFonts w:cs="Arial"/>
          <w:sz w:val="22"/>
        </w:rPr>
        <w:lastRenderedPageBreak/>
        <w:t>per giusta causa o giustificato motivo soggettivo, né dichiarato/a decaduto/a per avere conseguito l’impiego mediante documenti falsi o viziati da invalidità non sanabile;</w:t>
      </w:r>
    </w:p>
    <w:p w14:paraId="50982F7C" w14:textId="77777777" w:rsidR="00246DC4" w:rsidRPr="00780DE7" w:rsidRDefault="00860FDA" w:rsidP="00780DE7">
      <w:pPr>
        <w:pStyle w:val="Numeroelenco"/>
        <w:spacing w:line="360" w:lineRule="auto"/>
        <w:ind w:left="357" w:hanging="357"/>
        <w:rPr>
          <w:rFonts w:cs="Arial"/>
          <w:sz w:val="22"/>
        </w:rPr>
      </w:pPr>
      <w:r w:rsidRPr="00780DE7">
        <w:rPr>
          <w:rFonts w:cs="Arial"/>
          <w:sz w:val="22"/>
        </w:rPr>
        <w:t>di non trovarsi in alcuna delle condizioni di inconferibilità o incompatibilità previste dal D.Lgs. 8 aprile 2013, n. 39.</w:t>
      </w:r>
    </w:p>
    <w:p w14:paraId="79628913" w14:textId="77777777" w:rsidR="00246DC4" w:rsidRPr="00780DE7" w:rsidRDefault="00860FDA">
      <w:pPr>
        <w:pStyle w:val="Titolo2"/>
        <w:rPr>
          <w:rFonts w:ascii="Arial" w:hAnsi="Arial" w:cs="Arial"/>
          <w:szCs w:val="22"/>
        </w:rPr>
      </w:pPr>
      <w:r w:rsidRPr="00780DE7">
        <w:rPr>
          <w:rFonts w:ascii="Arial" w:hAnsi="Arial" w:cs="Arial"/>
          <w:szCs w:val="22"/>
        </w:rPr>
        <w:t>Titolo di studio</w:t>
      </w:r>
    </w:p>
    <w:p w14:paraId="5431A6B8" w14:textId="6D304A6A" w:rsidR="00246DC4" w:rsidRPr="00780DE7" w:rsidRDefault="00860FDA" w:rsidP="00780DE7">
      <w:pPr>
        <w:spacing w:line="360" w:lineRule="auto"/>
        <w:rPr>
          <w:rFonts w:cs="Arial"/>
          <w:sz w:val="22"/>
        </w:rPr>
      </w:pPr>
      <w:r w:rsidRPr="00780DE7">
        <w:rPr>
          <w:rFonts w:cs="Arial"/>
          <w:sz w:val="22"/>
        </w:rPr>
        <w:t>Titolo posseduto</w:t>
      </w:r>
      <w:r w:rsidR="00780DE7">
        <w:rPr>
          <w:rFonts w:cs="Arial"/>
          <w:sz w:val="22"/>
        </w:rPr>
        <w:t xml:space="preserve">: </w:t>
      </w:r>
      <w:r w:rsidRPr="00780DE7">
        <w:rPr>
          <w:rFonts w:cs="Arial"/>
          <w:sz w:val="22"/>
        </w:rPr>
        <w:t>_______________________________________________________________</w:t>
      </w:r>
    </w:p>
    <w:p w14:paraId="0FD5D4C3" w14:textId="77777777" w:rsidR="00246DC4" w:rsidRPr="00780DE7" w:rsidRDefault="00860FDA" w:rsidP="00780DE7">
      <w:pPr>
        <w:spacing w:line="360" w:lineRule="auto"/>
        <w:rPr>
          <w:rFonts w:cs="Arial"/>
          <w:sz w:val="22"/>
        </w:rPr>
      </w:pPr>
      <w:r w:rsidRPr="00780DE7">
        <w:rPr>
          <w:rFonts w:cs="Arial"/>
          <w:sz w:val="22"/>
        </w:rPr>
        <w:t>Istituzione che lo ha rilasciato _________________________________________________</w:t>
      </w:r>
    </w:p>
    <w:p w14:paraId="194FF03E" w14:textId="77777777" w:rsidR="00246DC4" w:rsidRPr="00780DE7" w:rsidRDefault="00860FDA" w:rsidP="00780DE7">
      <w:pPr>
        <w:spacing w:line="360" w:lineRule="auto"/>
        <w:rPr>
          <w:rFonts w:cs="Arial"/>
          <w:sz w:val="22"/>
        </w:rPr>
      </w:pPr>
      <w:r w:rsidRPr="00780DE7">
        <w:rPr>
          <w:rFonts w:cs="Arial"/>
          <w:sz w:val="22"/>
        </w:rPr>
        <w:t>Anno di conseguimento _______________________ votazione __________________________</w:t>
      </w:r>
    </w:p>
    <w:p w14:paraId="2AC0453B" w14:textId="559EAD36" w:rsidR="00246DC4" w:rsidRPr="00780DE7" w:rsidRDefault="00860FDA" w:rsidP="00780DE7">
      <w:pPr>
        <w:spacing w:line="360" w:lineRule="auto"/>
        <w:rPr>
          <w:rFonts w:cs="Arial"/>
          <w:sz w:val="22"/>
        </w:rPr>
      </w:pPr>
      <w:r w:rsidRPr="00780DE7">
        <w:rPr>
          <w:rFonts w:cs="Arial"/>
          <w:sz w:val="22"/>
        </w:rPr>
        <w:t>Per titolo conseguito all’estero, provvedimento di riconoscimento/equiparazione: ____________________________________________________________________________</w:t>
      </w:r>
    </w:p>
    <w:p w14:paraId="2D2C9F95" w14:textId="77777777" w:rsidR="00246DC4" w:rsidRPr="00780DE7" w:rsidRDefault="00860FDA">
      <w:pPr>
        <w:pStyle w:val="Titolo2"/>
        <w:rPr>
          <w:rFonts w:ascii="Arial" w:hAnsi="Arial" w:cs="Arial"/>
          <w:szCs w:val="22"/>
        </w:rPr>
      </w:pPr>
      <w:r w:rsidRPr="00780DE7">
        <w:rPr>
          <w:rFonts w:ascii="Arial" w:hAnsi="Arial" w:cs="Arial"/>
          <w:szCs w:val="22"/>
        </w:rPr>
        <w:t>Requisiti professionali</w:t>
      </w:r>
    </w:p>
    <w:p w14:paraId="23F2E4FB" w14:textId="77777777" w:rsidR="00246DC4" w:rsidRPr="00780DE7" w:rsidRDefault="00860FDA">
      <w:pPr>
        <w:rPr>
          <w:rFonts w:cs="Arial"/>
          <w:sz w:val="22"/>
        </w:rPr>
      </w:pPr>
      <w:r>
        <w:t>Dichiara di possedere l’esperienza almeno quinquennale e le ulteriori competenze previste dall’art. 2 dell’avviso, come dettagliatamente riportate nel curriculum vitae allegato, e indica sinteticamente le esperienze principali:</w:t>
      </w:r>
    </w:p>
    <w:tbl>
      <w:tblPr>
        <w:tblW w:w="0" w:type="auto"/>
        <w:tblBorders>
          <w:top w:val="single" w:sz="5" w:space="0" w:color="B7B7B7"/>
          <w:left w:val="single" w:sz="5" w:space="0" w:color="B7B7B7"/>
          <w:bottom w:val="single" w:sz="5" w:space="0" w:color="B7B7B7"/>
          <w:right w:val="single" w:sz="5" w:space="0" w:color="B7B7B7"/>
          <w:insideH w:val="single" w:sz="5" w:space="0" w:color="B7B7B7"/>
          <w:insideV w:val="single" w:sz="5" w:space="0" w:color="B7B7B7"/>
        </w:tblBorders>
        <w:tblLayout w:type="fixed"/>
        <w:tblLook w:val="04A0" w:firstRow="1" w:lastRow="0" w:firstColumn="1" w:lastColumn="0" w:noHBand="0" w:noVBand="1"/>
      </w:tblPr>
      <w:tblGrid>
        <w:gridCol w:w="1757"/>
        <w:gridCol w:w="1361"/>
        <w:gridCol w:w="1361"/>
        <w:gridCol w:w="1757"/>
        <w:gridCol w:w="2835"/>
      </w:tblGrid>
      <w:tr w:rsidR="00246DC4" w:rsidRPr="00780DE7" w14:paraId="76360ED3" w14:textId="77777777">
        <w:tc>
          <w:tcPr>
            <w:tcW w:w="1757" w:type="dxa"/>
            <w:tcMar>
              <w:top w:w="90" w:type="dxa"/>
              <w:left w:w="100" w:type="dxa"/>
              <w:bottom w:w="90" w:type="dxa"/>
              <w:right w:w="100" w:type="dxa"/>
            </w:tcMar>
            <w:vAlign w:val="center"/>
          </w:tcPr>
          <w:p w14:paraId="38474075" w14:textId="77777777" w:rsidR="00246DC4" w:rsidRPr="00780DE7" w:rsidRDefault="00860FDA">
            <w:pPr>
              <w:rPr>
                <w:rFonts w:cs="Arial"/>
                <w:sz w:val="22"/>
              </w:rPr>
            </w:pPr>
            <w:r w:rsidRPr="00780DE7">
              <w:rPr>
                <w:rFonts w:cs="Arial"/>
                <w:b/>
                <w:sz w:val="22"/>
              </w:rPr>
              <w:t>Ente o soggetto</w:t>
            </w:r>
          </w:p>
        </w:tc>
        <w:tc>
          <w:tcPr>
            <w:tcW w:w="1361" w:type="dxa"/>
            <w:tcMar>
              <w:top w:w="90" w:type="dxa"/>
              <w:left w:w="100" w:type="dxa"/>
              <w:bottom w:w="90" w:type="dxa"/>
              <w:right w:w="100" w:type="dxa"/>
            </w:tcMar>
            <w:vAlign w:val="center"/>
          </w:tcPr>
          <w:p w14:paraId="2080A917" w14:textId="77777777" w:rsidR="00246DC4" w:rsidRPr="00780DE7" w:rsidRDefault="00860FDA">
            <w:pPr>
              <w:rPr>
                <w:rFonts w:cs="Arial"/>
                <w:sz w:val="22"/>
              </w:rPr>
            </w:pPr>
            <w:r w:rsidRPr="00780DE7">
              <w:rPr>
                <w:rFonts w:cs="Arial"/>
                <w:b/>
                <w:sz w:val="22"/>
              </w:rPr>
              <w:t>Sede</w:t>
            </w:r>
          </w:p>
        </w:tc>
        <w:tc>
          <w:tcPr>
            <w:tcW w:w="1361" w:type="dxa"/>
            <w:tcMar>
              <w:top w:w="90" w:type="dxa"/>
              <w:left w:w="100" w:type="dxa"/>
              <w:bottom w:w="90" w:type="dxa"/>
              <w:right w:w="100" w:type="dxa"/>
            </w:tcMar>
            <w:vAlign w:val="center"/>
          </w:tcPr>
          <w:p w14:paraId="02E39001" w14:textId="77777777" w:rsidR="00246DC4" w:rsidRPr="00780DE7" w:rsidRDefault="00860FDA">
            <w:pPr>
              <w:rPr>
                <w:rFonts w:cs="Arial"/>
                <w:sz w:val="22"/>
              </w:rPr>
            </w:pPr>
            <w:r w:rsidRPr="00780DE7">
              <w:rPr>
                <w:rFonts w:cs="Arial"/>
                <w:b/>
                <w:sz w:val="22"/>
              </w:rPr>
              <w:t>Periodo</w:t>
            </w:r>
          </w:p>
        </w:tc>
        <w:tc>
          <w:tcPr>
            <w:tcW w:w="1757" w:type="dxa"/>
            <w:tcMar>
              <w:top w:w="90" w:type="dxa"/>
              <w:left w:w="100" w:type="dxa"/>
              <w:bottom w:w="90" w:type="dxa"/>
              <w:right w:w="100" w:type="dxa"/>
            </w:tcMar>
            <w:vAlign w:val="center"/>
          </w:tcPr>
          <w:p w14:paraId="6F183620" w14:textId="77777777" w:rsidR="00246DC4" w:rsidRPr="00780DE7" w:rsidRDefault="00860FDA">
            <w:pPr>
              <w:rPr>
                <w:rFonts w:cs="Arial"/>
                <w:sz w:val="22"/>
              </w:rPr>
            </w:pPr>
            <w:r w:rsidRPr="00780DE7">
              <w:rPr>
                <w:rFonts w:cs="Arial"/>
                <w:b/>
                <w:sz w:val="22"/>
              </w:rPr>
              <w:t>Ruolo</w:t>
            </w:r>
          </w:p>
        </w:tc>
        <w:tc>
          <w:tcPr>
            <w:tcW w:w="2835" w:type="dxa"/>
            <w:tcMar>
              <w:top w:w="90" w:type="dxa"/>
              <w:left w:w="100" w:type="dxa"/>
              <w:bottom w:w="90" w:type="dxa"/>
              <w:right w:w="100" w:type="dxa"/>
            </w:tcMar>
            <w:vAlign w:val="center"/>
          </w:tcPr>
          <w:p w14:paraId="0EE15993" w14:textId="77777777" w:rsidR="00246DC4" w:rsidRPr="00780DE7" w:rsidRDefault="00860FDA">
            <w:pPr>
              <w:rPr>
                <w:rFonts w:cs="Arial"/>
                <w:sz w:val="22"/>
              </w:rPr>
            </w:pPr>
            <w:r w:rsidRPr="00780DE7">
              <w:rPr>
                <w:rFonts w:cs="Arial"/>
                <w:b/>
                <w:sz w:val="22"/>
              </w:rPr>
              <w:t>Funzioni svolte</w:t>
            </w:r>
          </w:p>
        </w:tc>
      </w:tr>
      <w:tr w:rsidR="00246DC4" w:rsidRPr="00780DE7" w14:paraId="74C3E30E" w14:textId="77777777">
        <w:tc>
          <w:tcPr>
            <w:tcW w:w="1757" w:type="dxa"/>
            <w:tcMar>
              <w:top w:w="140" w:type="dxa"/>
              <w:left w:w="90" w:type="dxa"/>
              <w:bottom w:w="140" w:type="dxa"/>
              <w:right w:w="90" w:type="dxa"/>
            </w:tcMar>
            <w:vAlign w:val="center"/>
          </w:tcPr>
          <w:p w14:paraId="12E3BE39" w14:textId="77777777" w:rsidR="00246DC4" w:rsidRPr="00780DE7" w:rsidRDefault="00860FDA">
            <w:pPr>
              <w:rPr>
                <w:rFonts w:cs="Arial"/>
                <w:sz w:val="22"/>
              </w:rPr>
            </w:pPr>
            <w:r w:rsidRPr="00780DE7">
              <w:rPr>
                <w:rFonts w:cs="Arial"/>
                <w:sz w:val="22"/>
              </w:rPr>
              <w:br/>
            </w:r>
          </w:p>
        </w:tc>
        <w:tc>
          <w:tcPr>
            <w:tcW w:w="1361" w:type="dxa"/>
            <w:tcMar>
              <w:top w:w="140" w:type="dxa"/>
              <w:left w:w="90" w:type="dxa"/>
              <w:bottom w:w="140" w:type="dxa"/>
              <w:right w:w="90" w:type="dxa"/>
            </w:tcMar>
            <w:vAlign w:val="center"/>
          </w:tcPr>
          <w:p w14:paraId="46055711" w14:textId="77777777" w:rsidR="00246DC4" w:rsidRPr="00780DE7" w:rsidRDefault="00860FDA">
            <w:pPr>
              <w:rPr>
                <w:rFonts w:cs="Arial"/>
                <w:sz w:val="22"/>
              </w:rPr>
            </w:pPr>
            <w:r w:rsidRPr="00780DE7">
              <w:rPr>
                <w:rFonts w:cs="Arial"/>
                <w:sz w:val="22"/>
              </w:rPr>
              <w:br/>
            </w:r>
          </w:p>
        </w:tc>
        <w:tc>
          <w:tcPr>
            <w:tcW w:w="1361" w:type="dxa"/>
            <w:tcMar>
              <w:top w:w="140" w:type="dxa"/>
              <w:left w:w="90" w:type="dxa"/>
              <w:bottom w:w="140" w:type="dxa"/>
              <w:right w:w="90" w:type="dxa"/>
            </w:tcMar>
            <w:vAlign w:val="center"/>
          </w:tcPr>
          <w:p w14:paraId="55E9F028" w14:textId="77777777" w:rsidR="00246DC4" w:rsidRPr="00780DE7" w:rsidRDefault="00860FDA">
            <w:pPr>
              <w:rPr>
                <w:rFonts w:cs="Arial"/>
                <w:sz w:val="22"/>
              </w:rPr>
            </w:pPr>
            <w:r w:rsidRPr="00780DE7">
              <w:rPr>
                <w:rFonts w:cs="Arial"/>
                <w:sz w:val="22"/>
              </w:rPr>
              <w:br/>
            </w:r>
          </w:p>
        </w:tc>
        <w:tc>
          <w:tcPr>
            <w:tcW w:w="1757" w:type="dxa"/>
            <w:tcMar>
              <w:top w:w="140" w:type="dxa"/>
              <w:left w:w="90" w:type="dxa"/>
              <w:bottom w:w="140" w:type="dxa"/>
              <w:right w:w="90" w:type="dxa"/>
            </w:tcMar>
            <w:vAlign w:val="center"/>
          </w:tcPr>
          <w:p w14:paraId="0AAF053A" w14:textId="77777777" w:rsidR="00246DC4" w:rsidRPr="00780DE7" w:rsidRDefault="00860FDA">
            <w:pPr>
              <w:rPr>
                <w:rFonts w:cs="Arial"/>
                <w:sz w:val="22"/>
              </w:rPr>
            </w:pPr>
            <w:r w:rsidRPr="00780DE7">
              <w:rPr>
                <w:rFonts w:cs="Arial"/>
                <w:sz w:val="22"/>
              </w:rPr>
              <w:br/>
            </w:r>
          </w:p>
        </w:tc>
        <w:tc>
          <w:tcPr>
            <w:tcW w:w="2835" w:type="dxa"/>
            <w:tcMar>
              <w:top w:w="140" w:type="dxa"/>
              <w:left w:w="90" w:type="dxa"/>
              <w:bottom w:w="140" w:type="dxa"/>
              <w:right w:w="90" w:type="dxa"/>
            </w:tcMar>
            <w:vAlign w:val="center"/>
          </w:tcPr>
          <w:p w14:paraId="77683B9D" w14:textId="77777777" w:rsidR="00246DC4" w:rsidRPr="00780DE7" w:rsidRDefault="00860FDA">
            <w:pPr>
              <w:rPr>
                <w:rFonts w:cs="Arial"/>
                <w:sz w:val="22"/>
              </w:rPr>
            </w:pPr>
            <w:r w:rsidRPr="00780DE7">
              <w:rPr>
                <w:rFonts w:cs="Arial"/>
                <w:sz w:val="22"/>
              </w:rPr>
              <w:br/>
            </w:r>
          </w:p>
        </w:tc>
      </w:tr>
      <w:tr w:rsidR="00246DC4" w:rsidRPr="00780DE7" w14:paraId="0EFF96F1" w14:textId="77777777">
        <w:tc>
          <w:tcPr>
            <w:tcW w:w="1757" w:type="dxa"/>
            <w:tcMar>
              <w:top w:w="140" w:type="dxa"/>
              <w:left w:w="90" w:type="dxa"/>
              <w:bottom w:w="140" w:type="dxa"/>
              <w:right w:w="90" w:type="dxa"/>
            </w:tcMar>
            <w:vAlign w:val="center"/>
          </w:tcPr>
          <w:p w14:paraId="19EA7504" w14:textId="77777777" w:rsidR="00246DC4" w:rsidRPr="00780DE7" w:rsidRDefault="00860FDA">
            <w:pPr>
              <w:rPr>
                <w:rFonts w:cs="Arial"/>
                <w:sz w:val="22"/>
              </w:rPr>
            </w:pPr>
            <w:r w:rsidRPr="00780DE7">
              <w:rPr>
                <w:rFonts w:cs="Arial"/>
                <w:sz w:val="22"/>
              </w:rPr>
              <w:br/>
            </w:r>
          </w:p>
        </w:tc>
        <w:tc>
          <w:tcPr>
            <w:tcW w:w="1361" w:type="dxa"/>
            <w:tcMar>
              <w:top w:w="140" w:type="dxa"/>
              <w:left w:w="90" w:type="dxa"/>
              <w:bottom w:w="140" w:type="dxa"/>
              <w:right w:w="90" w:type="dxa"/>
            </w:tcMar>
            <w:vAlign w:val="center"/>
          </w:tcPr>
          <w:p w14:paraId="5297E7B4" w14:textId="77777777" w:rsidR="00246DC4" w:rsidRPr="00780DE7" w:rsidRDefault="00860FDA">
            <w:pPr>
              <w:rPr>
                <w:rFonts w:cs="Arial"/>
                <w:sz w:val="22"/>
              </w:rPr>
            </w:pPr>
            <w:r w:rsidRPr="00780DE7">
              <w:rPr>
                <w:rFonts w:cs="Arial"/>
                <w:sz w:val="22"/>
              </w:rPr>
              <w:br/>
            </w:r>
          </w:p>
        </w:tc>
        <w:tc>
          <w:tcPr>
            <w:tcW w:w="1361" w:type="dxa"/>
            <w:tcMar>
              <w:top w:w="140" w:type="dxa"/>
              <w:left w:w="90" w:type="dxa"/>
              <w:bottom w:w="140" w:type="dxa"/>
              <w:right w:w="90" w:type="dxa"/>
            </w:tcMar>
            <w:vAlign w:val="center"/>
          </w:tcPr>
          <w:p w14:paraId="28A0C8A5" w14:textId="77777777" w:rsidR="00246DC4" w:rsidRPr="00780DE7" w:rsidRDefault="00860FDA">
            <w:pPr>
              <w:rPr>
                <w:rFonts w:cs="Arial"/>
                <w:sz w:val="22"/>
              </w:rPr>
            </w:pPr>
            <w:r w:rsidRPr="00780DE7">
              <w:rPr>
                <w:rFonts w:cs="Arial"/>
                <w:sz w:val="22"/>
              </w:rPr>
              <w:br/>
            </w:r>
          </w:p>
        </w:tc>
        <w:tc>
          <w:tcPr>
            <w:tcW w:w="1757" w:type="dxa"/>
            <w:tcMar>
              <w:top w:w="140" w:type="dxa"/>
              <w:left w:w="90" w:type="dxa"/>
              <w:bottom w:w="140" w:type="dxa"/>
              <w:right w:w="90" w:type="dxa"/>
            </w:tcMar>
            <w:vAlign w:val="center"/>
          </w:tcPr>
          <w:p w14:paraId="3B3E3D21" w14:textId="77777777" w:rsidR="00246DC4" w:rsidRPr="00780DE7" w:rsidRDefault="00860FDA">
            <w:pPr>
              <w:rPr>
                <w:rFonts w:cs="Arial"/>
                <w:sz w:val="22"/>
              </w:rPr>
            </w:pPr>
            <w:r w:rsidRPr="00780DE7">
              <w:rPr>
                <w:rFonts w:cs="Arial"/>
                <w:sz w:val="22"/>
              </w:rPr>
              <w:br/>
            </w:r>
          </w:p>
        </w:tc>
        <w:tc>
          <w:tcPr>
            <w:tcW w:w="2835" w:type="dxa"/>
            <w:tcMar>
              <w:top w:w="140" w:type="dxa"/>
              <w:left w:w="90" w:type="dxa"/>
              <w:bottom w:w="140" w:type="dxa"/>
              <w:right w:w="90" w:type="dxa"/>
            </w:tcMar>
            <w:vAlign w:val="center"/>
          </w:tcPr>
          <w:p w14:paraId="5DBBF700" w14:textId="77777777" w:rsidR="00246DC4" w:rsidRPr="00780DE7" w:rsidRDefault="00860FDA">
            <w:pPr>
              <w:rPr>
                <w:rFonts w:cs="Arial"/>
                <w:sz w:val="22"/>
              </w:rPr>
            </w:pPr>
            <w:r w:rsidRPr="00780DE7">
              <w:rPr>
                <w:rFonts w:cs="Arial"/>
                <w:sz w:val="22"/>
              </w:rPr>
              <w:br/>
            </w:r>
          </w:p>
        </w:tc>
      </w:tr>
      <w:tr w:rsidR="00246DC4" w:rsidRPr="00780DE7" w14:paraId="6CFB95C4" w14:textId="77777777">
        <w:tc>
          <w:tcPr>
            <w:tcW w:w="1757" w:type="dxa"/>
            <w:tcMar>
              <w:top w:w="140" w:type="dxa"/>
              <w:left w:w="90" w:type="dxa"/>
              <w:bottom w:w="140" w:type="dxa"/>
              <w:right w:w="90" w:type="dxa"/>
            </w:tcMar>
            <w:vAlign w:val="center"/>
          </w:tcPr>
          <w:p w14:paraId="7E4E4A27" w14:textId="77777777" w:rsidR="00246DC4" w:rsidRPr="00780DE7" w:rsidRDefault="00860FDA">
            <w:pPr>
              <w:rPr>
                <w:rFonts w:cs="Arial"/>
                <w:sz w:val="22"/>
              </w:rPr>
            </w:pPr>
            <w:r w:rsidRPr="00780DE7">
              <w:rPr>
                <w:rFonts w:cs="Arial"/>
                <w:sz w:val="22"/>
              </w:rPr>
              <w:br/>
            </w:r>
          </w:p>
        </w:tc>
        <w:tc>
          <w:tcPr>
            <w:tcW w:w="1361" w:type="dxa"/>
            <w:tcMar>
              <w:top w:w="140" w:type="dxa"/>
              <w:left w:w="90" w:type="dxa"/>
              <w:bottom w:w="140" w:type="dxa"/>
              <w:right w:w="90" w:type="dxa"/>
            </w:tcMar>
            <w:vAlign w:val="center"/>
          </w:tcPr>
          <w:p w14:paraId="1C7FB9A0" w14:textId="77777777" w:rsidR="00246DC4" w:rsidRPr="00780DE7" w:rsidRDefault="00860FDA">
            <w:pPr>
              <w:rPr>
                <w:rFonts w:cs="Arial"/>
                <w:sz w:val="22"/>
              </w:rPr>
            </w:pPr>
            <w:r w:rsidRPr="00780DE7">
              <w:rPr>
                <w:rFonts w:cs="Arial"/>
                <w:sz w:val="22"/>
              </w:rPr>
              <w:br/>
            </w:r>
          </w:p>
        </w:tc>
        <w:tc>
          <w:tcPr>
            <w:tcW w:w="1361" w:type="dxa"/>
            <w:tcMar>
              <w:top w:w="140" w:type="dxa"/>
              <w:left w:w="90" w:type="dxa"/>
              <w:bottom w:w="140" w:type="dxa"/>
              <w:right w:w="90" w:type="dxa"/>
            </w:tcMar>
            <w:vAlign w:val="center"/>
          </w:tcPr>
          <w:p w14:paraId="6B00E18D" w14:textId="77777777" w:rsidR="00246DC4" w:rsidRPr="00780DE7" w:rsidRDefault="00860FDA">
            <w:pPr>
              <w:rPr>
                <w:rFonts w:cs="Arial"/>
                <w:sz w:val="22"/>
              </w:rPr>
            </w:pPr>
            <w:r w:rsidRPr="00780DE7">
              <w:rPr>
                <w:rFonts w:cs="Arial"/>
                <w:sz w:val="22"/>
              </w:rPr>
              <w:br/>
            </w:r>
          </w:p>
        </w:tc>
        <w:tc>
          <w:tcPr>
            <w:tcW w:w="1757" w:type="dxa"/>
            <w:tcMar>
              <w:top w:w="140" w:type="dxa"/>
              <w:left w:w="90" w:type="dxa"/>
              <w:bottom w:w="140" w:type="dxa"/>
              <w:right w:w="90" w:type="dxa"/>
            </w:tcMar>
            <w:vAlign w:val="center"/>
          </w:tcPr>
          <w:p w14:paraId="1BD9C16E" w14:textId="77777777" w:rsidR="00246DC4" w:rsidRPr="00780DE7" w:rsidRDefault="00860FDA">
            <w:pPr>
              <w:rPr>
                <w:rFonts w:cs="Arial"/>
                <w:sz w:val="22"/>
              </w:rPr>
            </w:pPr>
            <w:r w:rsidRPr="00780DE7">
              <w:rPr>
                <w:rFonts w:cs="Arial"/>
                <w:sz w:val="22"/>
              </w:rPr>
              <w:br/>
            </w:r>
          </w:p>
        </w:tc>
        <w:tc>
          <w:tcPr>
            <w:tcW w:w="2835" w:type="dxa"/>
            <w:tcMar>
              <w:top w:w="140" w:type="dxa"/>
              <w:left w:w="90" w:type="dxa"/>
              <w:bottom w:w="140" w:type="dxa"/>
              <w:right w:w="90" w:type="dxa"/>
            </w:tcMar>
            <w:vAlign w:val="center"/>
          </w:tcPr>
          <w:p w14:paraId="0BDE5F52" w14:textId="77777777" w:rsidR="00246DC4" w:rsidRPr="00780DE7" w:rsidRDefault="00860FDA">
            <w:pPr>
              <w:rPr>
                <w:rFonts w:cs="Arial"/>
                <w:sz w:val="22"/>
              </w:rPr>
            </w:pPr>
            <w:r w:rsidRPr="00780DE7">
              <w:rPr>
                <w:rFonts w:cs="Arial"/>
                <w:sz w:val="22"/>
              </w:rPr>
              <w:br/>
            </w:r>
          </w:p>
        </w:tc>
      </w:tr>
    </w:tbl>
    <w:p w14:paraId="0AAD7D43" w14:textId="77777777" w:rsidR="00246DC4" w:rsidRPr="00780DE7" w:rsidRDefault="00860FDA">
      <w:pPr>
        <w:pStyle w:val="Titolo2"/>
        <w:rPr>
          <w:rFonts w:ascii="Arial" w:hAnsi="Arial" w:cs="Arial"/>
          <w:szCs w:val="22"/>
        </w:rPr>
      </w:pPr>
      <w:r w:rsidRPr="00780DE7">
        <w:rPr>
          <w:rFonts w:ascii="Arial" w:hAnsi="Arial" w:cs="Arial"/>
          <w:szCs w:val="22"/>
        </w:rPr>
        <w:t>Ulteriori dichiarazioni</w:t>
      </w:r>
    </w:p>
    <w:p w14:paraId="3CAB2CF6" w14:textId="5B1C152E" w:rsidR="00246DC4" w:rsidRPr="00780DE7" w:rsidRDefault="00860FDA" w:rsidP="00780DE7">
      <w:pPr>
        <w:pStyle w:val="Numeroelenco"/>
        <w:spacing w:line="360" w:lineRule="auto"/>
        <w:ind w:left="357" w:hanging="357"/>
        <w:rPr>
          <w:rFonts w:cs="Arial"/>
          <w:sz w:val="22"/>
        </w:rPr>
      </w:pPr>
      <w:r>
        <w:t>di avere / non avere necessità dei seguenti ausili per lo svolgimento del colloquio, ai sensi dell’art. 20 della legge 5 febbraio 1992, n. 104: ___________________________________;</w:t>
      </w:r>
    </w:p>
    <w:p w14:paraId="0DE8A6FF" w14:textId="77777777" w:rsidR="00246DC4" w:rsidRPr="00780DE7" w:rsidRDefault="00860FDA" w:rsidP="00780DE7">
      <w:pPr>
        <w:pStyle w:val="Numeroelenco"/>
        <w:spacing w:line="360" w:lineRule="auto"/>
        <w:ind w:left="357" w:hanging="357"/>
        <w:rPr>
          <w:rFonts w:cs="Arial"/>
          <w:sz w:val="22"/>
        </w:rPr>
      </w:pPr>
      <w:r>
        <w:t>di avere preso visione dell’avviso di selezione e dell’Informativa sul trattamento dei dati personali allegata all’avviso (Allegato B);</w:t>
      </w:r>
    </w:p>
    <w:p w14:paraId="315B3F02" w14:textId="77777777" w:rsidR="00246DC4" w:rsidRPr="00780DE7" w:rsidRDefault="00860FDA" w:rsidP="00780DE7">
      <w:pPr>
        <w:pStyle w:val="Numeroelenco"/>
        <w:spacing w:line="360" w:lineRule="auto"/>
        <w:ind w:left="357" w:hanging="357"/>
        <w:rPr>
          <w:rFonts w:cs="Arial"/>
          <w:sz w:val="22"/>
        </w:rPr>
      </w:pPr>
      <w:r w:rsidRPr="00780DE7">
        <w:rPr>
          <w:rFonts w:cs="Arial"/>
          <w:sz w:val="22"/>
        </w:rPr>
        <w:t>di possedere una conoscenza fluente, scritta e parlata, della lingua italiana e della lingua inglese;</w:t>
      </w:r>
    </w:p>
    <w:p w14:paraId="148CF650" w14:textId="77777777" w:rsidR="00246DC4" w:rsidRPr="00780DE7" w:rsidRDefault="00860FDA" w:rsidP="00780DE7">
      <w:pPr>
        <w:pStyle w:val="Numeroelenco"/>
        <w:spacing w:line="360" w:lineRule="auto"/>
        <w:ind w:left="357" w:hanging="357"/>
        <w:rPr>
          <w:rFonts w:cs="Arial"/>
          <w:sz w:val="22"/>
        </w:rPr>
      </w:pPr>
      <w:r w:rsidRPr="00780DE7">
        <w:rPr>
          <w:rFonts w:cs="Arial"/>
          <w:sz w:val="22"/>
        </w:rPr>
        <w:t>di conoscere gli strumenti informatici, i sistemi operativi e gli applicativi di maggiore diffusione;</w:t>
      </w:r>
    </w:p>
    <w:p w14:paraId="7ED21295" w14:textId="77777777" w:rsidR="00246DC4" w:rsidRPr="00780DE7" w:rsidRDefault="00860FDA" w:rsidP="00780DE7">
      <w:pPr>
        <w:pStyle w:val="Numeroelenco"/>
        <w:spacing w:line="360" w:lineRule="auto"/>
        <w:ind w:left="357" w:hanging="357"/>
        <w:rPr>
          <w:rFonts w:cs="Arial"/>
          <w:sz w:val="22"/>
        </w:rPr>
      </w:pPr>
      <w:r w:rsidRPr="00780DE7">
        <w:rPr>
          <w:rFonts w:cs="Arial"/>
          <w:sz w:val="22"/>
        </w:rPr>
        <w:t>di accettare integralmente le disposizioni dell’avviso di selezione.</w:t>
      </w:r>
    </w:p>
    <w:p w14:paraId="5C1FCED2" w14:textId="77777777" w:rsidR="00246DC4" w:rsidRPr="00780DE7" w:rsidRDefault="00860FDA">
      <w:pPr>
        <w:pStyle w:val="Titolo2"/>
        <w:rPr>
          <w:rFonts w:ascii="Arial" w:hAnsi="Arial" w:cs="Arial"/>
          <w:szCs w:val="22"/>
        </w:rPr>
      </w:pPr>
      <w:r w:rsidRPr="00780DE7">
        <w:rPr>
          <w:rFonts w:ascii="Arial" w:hAnsi="Arial" w:cs="Arial"/>
          <w:szCs w:val="22"/>
        </w:rPr>
        <w:t>Allegati</w:t>
      </w:r>
    </w:p>
    <w:p w14:paraId="4B4E2F52" w14:textId="77777777" w:rsidR="00246DC4" w:rsidRPr="00780DE7" w:rsidRDefault="00860FDA" w:rsidP="00780DE7">
      <w:pPr>
        <w:pStyle w:val="Puntoelenco"/>
        <w:spacing w:line="360" w:lineRule="auto"/>
        <w:rPr>
          <w:rFonts w:cs="Arial"/>
          <w:sz w:val="22"/>
        </w:rPr>
      </w:pPr>
      <w:r w:rsidRPr="00780DE7">
        <w:rPr>
          <w:rFonts w:cs="Arial"/>
          <w:sz w:val="22"/>
        </w:rPr>
        <w:t>curriculum vitae datato e sottoscritto;</w:t>
      </w:r>
    </w:p>
    <w:p w14:paraId="117A3F3F" w14:textId="77777777" w:rsidR="00246DC4" w:rsidRPr="00780DE7" w:rsidRDefault="00860FDA" w:rsidP="00780DE7">
      <w:pPr>
        <w:pStyle w:val="Puntoelenco"/>
        <w:spacing w:line="360" w:lineRule="auto"/>
        <w:rPr>
          <w:rFonts w:cs="Arial"/>
          <w:sz w:val="22"/>
        </w:rPr>
      </w:pPr>
      <w:r w:rsidRPr="00780DE7">
        <w:rPr>
          <w:rFonts w:cs="Arial"/>
          <w:sz w:val="22"/>
        </w:rPr>
        <w:lastRenderedPageBreak/>
        <w:t>lettera di motivazione, di massimo 1.500 caratteri spazi inclusi;</w:t>
      </w:r>
    </w:p>
    <w:p w14:paraId="19D9214A" w14:textId="77777777" w:rsidR="00246DC4" w:rsidRPr="00780DE7" w:rsidRDefault="00860FDA" w:rsidP="00780DE7">
      <w:pPr>
        <w:pStyle w:val="Puntoelenco"/>
        <w:spacing w:line="360" w:lineRule="auto"/>
        <w:rPr>
          <w:rFonts w:cs="Arial"/>
          <w:sz w:val="22"/>
        </w:rPr>
      </w:pPr>
      <w:r w:rsidRPr="00780DE7">
        <w:rPr>
          <w:rFonts w:cs="Arial"/>
          <w:sz w:val="22"/>
        </w:rPr>
        <w:t>n. ____ lettera/e di referenza, fino a un massimo di tre;</w:t>
      </w:r>
    </w:p>
    <w:p w14:paraId="39DEDFB6" w14:textId="77777777" w:rsidR="00246DC4" w:rsidRPr="00780DE7" w:rsidRDefault="00860FDA" w:rsidP="00780DE7">
      <w:pPr>
        <w:pStyle w:val="Puntoelenco"/>
        <w:spacing w:line="360" w:lineRule="auto"/>
        <w:rPr>
          <w:rFonts w:cs="Arial"/>
          <w:sz w:val="22"/>
        </w:rPr>
      </w:pPr>
      <w:r w:rsidRPr="00780DE7">
        <w:rPr>
          <w:rFonts w:cs="Arial"/>
          <w:sz w:val="22"/>
        </w:rPr>
        <w:t>copia di un documento di identità in corso di validità, salvo che la domanda sia sottoscritta con firma digitale.</w:t>
      </w:r>
    </w:p>
    <w:p w14:paraId="36391C10" w14:textId="77777777" w:rsidR="00246DC4" w:rsidRPr="00780DE7" w:rsidRDefault="00860FDA" w:rsidP="00780DE7">
      <w:pPr>
        <w:spacing w:line="360" w:lineRule="auto"/>
        <w:rPr>
          <w:rFonts w:cs="Arial"/>
          <w:sz w:val="22"/>
        </w:rPr>
      </w:pPr>
      <w:r w:rsidRPr="00780DE7">
        <w:rPr>
          <w:rFonts w:cs="Arial"/>
          <w:sz w:val="22"/>
        </w:rPr>
        <w:t>Il/La sottoscritto/a dichiara che quanto riportato nella presente domanda e negli allegati è completo e veritiero.</w:t>
      </w:r>
    </w:p>
    <w:p w14:paraId="47F66E93" w14:textId="77777777" w:rsidR="00246DC4" w:rsidRPr="00780DE7" w:rsidRDefault="00860FDA" w:rsidP="00780DE7">
      <w:pPr>
        <w:spacing w:line="360" w:lineRule="auto"/>
        <w:rPr>
          <w:rFonts w:cs="Arial"/>
          <w:sz w:val="22"/>
        </w:rPr>
      </w:pPr>
      <w:r w:rsidRPr="00780DE7">
        <w:rPr>
          <w:rFonts w:cs="Arial"/>
          <w:sz w:val="22"/>
        </w:rPr>
        <w:t>Luogo e data ______________________________________</w:t>
      </w:r>
    </w:p>
    <w:p w14:paraId="53FCD24C" w14:textId="77777777" w:rsidR="00246DC4" w:rsidRPr="00780DE7" w:rsidRDefault="00860FDA">
      <w:pPr>
        <w:jc w:val="right"/>
        <w:rPr>
          <w:rFonts w:cs="Arial"/>
          <w:sz w:val="22"/>
        </w:rPr>
      </w:pPr>
      <w:r w:rsidRPr="00780DE7">
        <w:rPr>
          <w:rFonts w:cs="Arial"/>
          <w:sz w:val="22"/>
        </w:rPr>
        <w:t>Firma</w:t>
      </w:r>
      <w:r w:rsidRPr="00780DE7">
        <w:rPr>
          <w:rFonts w:cs="Arial"/>
          <w:sz w:val="22"/>
        </w:rPr>
        <w:br/>
        <w:t>________________________________________</w:t>
      </w:r>
    </w:p>
    <w:sectPr w:rsidR="00246DC4" w:rsidRPr="00780DE7" w:rsidSect="00034616">
      <w:footerReference w:type="default" r:id="rId8"/>
      <w:pgSz w:w="12240" w:h="15840"/>
      <w:pgMar w:top="1191" w:right="1361" w:bottom="1134"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EE30C" w14:textId="77777777" w:rsidR="00860FDA" w:rsidRDefault="00860FDA">
      <w:pPr>
        <w:spacing w:after="0" w:line="240" w:lineRule="auto"/>
      </w:pPr>
      <w:r>
        <w:separator/>
      </w:r>
    </w:p>
  </w:endnote>
  <w:endnote w:type="continuationSeparator" w:id="0">
    <w:p w14:paraId="7A5B3C4B" w14:textId="77777777" w:rsidR="00860FDA" w:rsidRDefault="0086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C35EE" w14:textId="77777777" w:rsidR="00246DC4" w:rsidRDefault="00860FDA">
    <w:pPr>
      <w:pStyle w:val="Pidipagina"/>
      <w:jc w:val="center"/>
    </w:pPr>
    <w:r>
      <w:rPr>
        <w:sz w:val="16"/>
      </w:rPr>
      <w:t>Fondazione Teatro della Città di Livorno Carlo Goldoni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D4BB1" w14:textId="77777777" w:rsidR="00860FDA" w:rsidRDefault="00860FDA">
      <w:pPr>
        <w:spacing w:after="0" w:line="240" w:lineRule="auto"/>
      </w:pPr>
      <w:r>
        <w:separator/>
      </w:r>
    </w:p>
  </w:footnote>
  <w:footnote w:type="continuationSeparator" w:id="0">
    <w:p w14:paraId="0BD29C78" w14:textId="77777777" w:rsidR="00860FDA" w:rsidRDefault="0086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1065373430">
    <w:abstractNumId w:val="8"/>
  </w:num>
  <w:num w:numId="2" w16cid:durableId="320159140">
    <w:abstractNumId w:val="6"/>
  </w:num>
  <w:num w:numId="3" w16cid:durableId="1067610455">
    <w:abstractNumId w:val="5"/>
  </w:num>
  <w:num w:numId="4" w16cid:durableId="1791821431">
    <w:abstractNumId w:val="4"/>
  </w:num>
  <w:num w:numId="5" w16cid:durableId="192697303">
    <w:abstractNumId w:val="7"/>
  </w:num>
  <w:num w:numId="6" w16cid:durableId="1783841540">
    <w:abstractNumId w:val="3"/>
  </w:num>
  <w:num w:numId="7" w16cid:durableId="1722364457">
    <w:abstractNumId w:val="2"/>
  </w:num>
  <w:num w:numId="8" w16cid:durableId="1860849123">
    <w:abstractNumId w:val="1"/>
  </w:num>
  <w:num w:numId="9" w16cid:durableId="1275794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10E"/>
    <w:rsid w:val="0015074B"/>
    <w:rsid w:val="00246DC4"/>
    <w:rsid w:val="0029639D"/>
    <w:rsid w:val="00326F90"/>
    <w:rsid w:val="00780DE7"/>
    <w:rsid w:val="007F2792"/>
    <w:rsid w:val="00860FDA"/>
    <w:rsid w:val="0096388A"/>
    <w:rsid w:val="0097409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4A0AE5"/>
  <w14:defaultImageDpi w14:val="300"/>
  <w15:docId w15:val="{CF58DEDF-8EB7-4952-9713-BD5360436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00" w:line="259" w:lineRule="auto"/>
    </w:pPr>
    <w:rPr>
      <w:rFonts w:ascii="Arial" w:hAnsi="Arial"/>
      <w:sz w:val="21"/>
    </w:rPr>
  </w:style>
  <w:style w:type="paragraph" w:styleId="Titolo1">
    <w:name w:val="heading 1"/>
    <w:basedOn w:val="Normale"/>
    <w:next w:val="Normale"/>
    <w:link w:val="Titolo1Carattere"/>
    <w:uiPriority w:val="9"/>
    <w:qFormat/>
    <w:rsid w:val="00FC693F"/>
    <w:pPr>
      <w:keepNext/>
      <w:keepLines/>
      <w:spacing w:before="240"/>
      <w:outlineLvl w:val="0"/>
    </w:pPr>
    <w:rPr>
      <w:rFonts w:asciiTheme="majorHAnsi" w:eastAsiaTheme="majorEastAsia" w:hAnsiTheme="majorHAnsi" w:cstheme="majorBidi"/>
      <w:b/>
      <w:bCs/>
      <w:sz w:val="24"/>
      <w:szCs w:val="28"/>
    </w:rPr>
  </w:style>
  <w:style w:type="paragraph" w:styleId="Titolo2">
    <w:name w:val="heading 2"/>
    <w:basedOn w:val="Normale"/>
    <w:next w:val="Normale"/>
    <w:link w:val="Titolo2Carattere"/>
    <w:uiPriority w:val="9"/>
    <w:unhideWhenUsed/>
    <w:qFormat/>
    <w:rsid w:val="00FC693F"/>
    <w:pPr>
      <w:keepNext/>
      <w:keepLines/>
      <w:spacing w:before="180" w:after="80"/>
      <w:outlineLvl w:val="1"/>
    </w:pPr>
    <w:rPr>
      <w:rFonts w:asciiTheme="majorHAnsi" w:eastAsiaTheme="majorEastAsia" w:hAnsiTheme="majorHAnsi" w:cstheme="majorBidi"/>
      <w:b/>
      <w:bCs/>
      <w:sz w:val="22"/>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spacing w:after="280" w:line="240" w:lineRule="auto"/>
      <w:contextualSpacing/>
      <w:jc w:val="center"/>
    </w:pPr>
    <w:rPr>
      <w:rFonts w:asciiTheme="majorHAnsi" w:eastAsiaTheme="majorEastAsia" w:hAnsiTheme="majorHAnsi" w:cstheme="majorBidi"/>
      <w:b/>
      <w:spacing w:val="5"/>
      <w:kern w:val="28"/>
      <w:sz w:val="30"/>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spacing w:after="60"/>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spacing w:after="60"/>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746</Words>
  <Characters>4257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Andrea Pardini</cp:lastModifiedBy>
  <cp:revision>3</cp:revision>
  <dcterms:created xsi:type="dcterms:W3CDTF">2013-12-23T23:15:00Z</dcterms:created>
  <dcterms:modified xsi:type="dcterms:W3CDTF">2026-10-07T09:10:00Z</dcterms:modified>
  <cp:category/>
</cp:coreProperties>
</file>